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documento de finalización del alquiler</w:t>
      </w:r>
    </w:p>
    <w:p>
      <w:r>
        <w:rPr>
          <w:b w:val="0"/>
        </w:rPr>
        <w:t xml:space="preserve">Modelo orientativo de bridl.es. Rellena lo que va entre </w:t>
      </w:r>
      <w:r>
        <w:rPr>
          <w:b w:val="0"/>
        </w:rPr>
        <w:t>[corchetes]</w:t>
      </w:r>
      <w:r>
        <w:rPr>
          <w:b w:val="0"/>
        </w:rPr>
        <w:t>, borra las opciones que no uses y, ante cualquier duda, consulta con un profesional.</w:t>
      </w:r>
    </w:p>
    <w:p>
      <w:pPr>
        <w:pStyle w:val="Heading1"/>
      </w:pPr>
      <w:r>
        <w:rPr>
          <w:b w:val="0"/>
        </w:rPr>
        <w:t>Documento de finalización del arrendamiento</w:t>
      </w:r>
    </w:p>
    <w:p>
      <w:r>
        <w:rPr>
          <w:b w:val="0"/>
        </w:rPr>
        <w:t xml:space="preserve">En </w:t>
      </w:r>
      <w:r>
        <w:rPr>
          <w:b w:val="0"/>
        </w:rPr>
        <w:t>[localidad]</w:t>
      </w:r>
      <w:r>
        <w:rPr>
          <w:b w:val="0"/>
        </w:rPr>
        <w:t xml:space="preserve">, a </w:t>
      </w:r>
      <w:r>
        <w:rPr>
          <w:b w:val="0"/>
        </w:rPr>
        <w:t>[fecha]</w:t>
      </w:r>
      <w:r>
        <w:rPr>
          <w:b w:val="0"/>
        </w:rPr>
        <w:t xml:space="preserve">, a las </w:t>
      </w:r>
      <w:r>
        <w:rPr>
          <w:b w:val="0"/>
        </w:rPr>
        <w:t>[hora]</w:t>
      </w:r>
      <w:r>
        <w:rPr>
          <w:b w:val="0"/>
        </w:rPr>
        <w:t>.</w:t>
      </w:r>
    </w:p>
    <w:p>
      <w:r>
        <w:rPr>
          <w:b/>
        </w:rPr>
        <w:t>Arrendador:</w:t>
      </w:r>
      <w:r>
        <w:rPr>
          <w:b w:val="0"/>
        </w:rPr>
        <w:t xml:space="preserve"> </w:t>
      </w:r>
      <w:r>
        <w:rPr>
          <w:b w:val="0"/>
        </w:rPr>
        <w:t>[nombre y apellidos]</w:t>
      </w:r>
      <w:r>
        <w:rPr>
          <w:b w:val="0"/>
        </w:rPr>
        <w:t xml:space="preserve">, DNI/NIE </w:t>
      </w:r>
      <w:r>
        <w:rPr>
          <w:b w:val="0"/>
        </w:rPr>
        <w:t>[número]</w:t>
      </w:r>
      <w:r>
        <w:rPr>
          <w:b w:val="0"/>
        </w:rPr>
        <w:t xml:space="preserve">, email </w:t>
      </w:r>
      <w:r>
        <w:rPr>
          <w:b w:val="0"/>
        </w:rPr>
        <w:t>[email]</w:t>
      </w:r>
      <w:r>
        <w:rPr>
          <w:b w:val="0"/>
        </w:rPr>
        <w:t>.</w:t>
      </w:r>
    </w:p>
    <w:p>
      <w:r>
        <w:rPr>
          <w:b/>
        </w:rPr>
        <w:t>Arrendatario:</w:t>
      </w:r>
      <w:r>
        <w:rPr>
          <w:b w:val="0"/>
        </w:rPr>
        <w:t xml:space="preserve"> </w:t>
      </w:r>
      <w:r>
        <w:rPr>
          <w:b w:val="0"/>
        </w:rPr>
        <w:t>[nombre y apellidos]</w:t>
      </w:r>
      <w:r>
        <w:rPr>
          <w:b w:val="0"/>
        </w:rPr>
        <w:t xml:space="preserve">, DNI/NIE </w:t>
      </w:r>
      <w:r>
        <w:rPr>
          <w:b w:val="0"/>
        </w:rPr>
        <w:t>[número]</w:t>
      </w:r>
      <w:r>
        <w:rPr>
          <w:b w:val="0"/>
        </w:rPr>
        <w:t xml:space="preserve">, email </w:t>
      </w:r>
      <w:r>
        <w:rPr>
          <w:b w:val="0"/>
        </w:rPr>
        <w:t>[email]</w:t>
      </w:r>
      <w:r>
        <w:rPr>
          <w:b w:val="0"/>
        </w:rPr>
        <w:t xml:space="preserve"> y nuevo domicilio a efectos de notificaciones </w:t>
      </w:r>
      <w:r>
        <w:rPr>
          <w:b w:val="0"/>
        </w:rPr>
        <w:t>[dirección]</w:t>
      </w:r>
      <w:r>
        <w:rPr>
          <w:b w:val="0"/>
        </w:rPr>
        <w:t>.</w:t>
      </w:r>
    </w:p>
    <w:p>
      <w:r>
        <w:rPr>
          <w:b/>
        </w:rPr>
        <w:t>Vivienda:</w:t>
      </w:r>
      <w:r>
        <w:rPr>
          <w:b w:val="0"/>
        </w:rPr>
        <w:t xml:space="preserve"> </w:t>
      </w:r>
      <w:r>
        <w:rPr>
          <w:b w:val="0"/>
        </w:rPr>
        <w:t>[dirección completa, piso y puerta]</w:t>
      </w:r>
      <w:r>
        <w:rPr>
          <w:b w:val="0"/>
        </w:rPr>
        <w:t xml:space="preserve"> </w:t>
      </w:r>
      <w:r>
        <w:rPr>
          <w:b w:val="0"/>
        </w:rPr>
        <w:t>[y anexos: garaje, trastero]</w:t>
      </w:r>
      <w:r>
        <w:rPr>
          <w:b w:val="0"/>
        </w:rPr>
        <w:t>.</w:t>
      </w:r>
    </w:p>
    <w:p>
      <w:r>
        <w:rPr>
          <w:b/>
        </w:rPr>
        <w:t>Contrato:</w:t>
      </w:r>
      <w:r>
        <w:rPr>
          <w:b w:val="0"/>
        </w:rPr>
        <w:t xml:space="preserve"> firmado el </w:t>
      </w:r>
      <w:r>
        <w:rPr>
          <w:b w:val="0"/>
        </w:rPr>
        <w:t>[fecha]</w:t>
      </w:r>
      <w:r>
        <w:rPr>
          <w:b w:val="0"/>
        </w:rPr>
        <w:t xml:space="preserve">, con renta de </w:t>
      </w:r>
      <w:r>
        <w:rPr>
          <w:b w:val="0"/>
        </w:rPr>
        <w:t>[importe]</w:t>
      </w:r>
      <w:r>
        <w:rPr>
          <w:b w:val="0"/>
        </w:rPr>
        <w:t xml:space="preserve"> euros al mes y fianza de </w:t>
      </w:r>
      <w:r>
        <w:rPr>
          <w:b w:val="0"/>
        </w:rPr>
        <w:t>[importe]</w:t>
      </w:r>
      <w:r>
        <w:rPr>
          <w:b w:val="0"/>
        </w:rPr>
        <w:t xml:space="preserve"> euros </w:t>
      </w:r>
      <w:r>
        <w:rPr>
          <w:b w:val="0"/>
        </w:rPr>
        <w:t>[más garantía adicional de [importe] euros]</w:t>
      </w:r>
      <w:r>
        <w:rPr>
          <w:b w:val="0"/>
        </w:rPr>
        <w:t>.</w:t>
      </w:r>
    </w:p>
    <w:p>
      <w:r>
        <w:rPr>
          <w:b/>
        </w:rPr>
        <w:t>Fin del contrato:</w:t>
      </w:r>
      <w:r>
        <w:rPr>
          <w:b w:val="0"/>
        </w:rPr>
        <w:t xml:space="preserve"> </w:t>
      </w:r>
      <w:r>
        <w:rPr>
          <w:b w:val="0"/>
        </w:rPr>
        <w:t>[vencimiento / desistimiento del arrendatario / acuerdo de las partes / otra causa]</w:t>
      </w:r>
      <w:r>
        <w:rPr>
          <w:b w:val="0"/>
        </w:rPr>
        <w:t xml:space="preserve">, con efectos el </w:t>
      </w:r>
      <w:r>
        <w:rPr>
          <w:b w:val="0"/>
        </w:rPr>
        <w:t>[fecha]</w:t>
      </w:r>
      <w:r>
        <w:rPr>
          <w:b w:val="0"/>
        </w:rPr>
        <w:t>.</w:t>
      </w:r>
    </w:p>
    <w:p>
      <w:r>
        <w:rPr>
          <w:b w:val="0"/>
        </w:rPr>
        <w:t xml:space="preserve">Ambas partes, presentes en la vivienda, la han recorrido juntas y dejan constancia de su estado conforme al artículo 36 de la Ley de Arrendamientos Urbanos, comparándolo con el acta de entrada de fecha </w:t>
      </w:r>
      <w:r>
        <w:rPr>
          <w:b w:val="0"/>
        </w:rPr>
        <w:t>[fecha]</w:t>
      </w:r>
      <w:r>
        <w:rPr>
          <w:b w:val="0"/>
        </w:rPr>
        <w:t xml:space="preserve"> </w:t>
      </w:r>
      <w:r>
        <w:rPr>
          <w:b w:val="0"/>
        </w:rPr>
        <w:t>[o: no se hizo acta de entrada]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1. Estado de la vivienda</w:t>
      </w:r>
    </w:p>
    <w:p>
      <w:r>
        <w:rPr>
          <w:b w:val="0"/>
        </w:rPr>
        <w:t>Por cada estancia se indica si está igual que a la entrada y se describe cada desperfecto nuevo con palabras: qué es, dónde está y su tamaño aproximado, con el número de su fotografía.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Estancia</w:t>
            </w:r>
          </w:p>
        </w:tc>
        <w:tc>
          <w:tcPr>
            <w:tcW w:type="dxa" w:w="2436"/>
          </w:tcPr>
          <w:p>
            <w:r>
              <w:rPr>
                <w:b/>
              </w:rPr>
              <w:t>¿Igual que a la entrada?</w:t>
            </w:r>
          </w:p>
        </w:tc>
        <w:tc>
          <w:tcPr>
            <w:tcW w:type="dxa" w:w="2436"/>
          </w:tcPr>
          <w:p>
            <w:r>
              <w:rPr>
                <w:b/>
              </w:rPr>
              <w:t>Desperfectos nuevos</w:t>
            </w:r>
          </w:p>
        </w:tc>
        <w:tc>
          <w:tcPr>
            <w:tcW w:type="dxa" w:w="2436"/>
          </w:tcPr>
          <w:p>
            <w:r>
              <w:rPr>
                <w:b/>
              </w:rPr>
              <w:t>Fotos nº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Entrada y pasillo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Salón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Cocina y electrodomésticos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Baño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Dormitorio 1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Dormitorio 2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Terraza o balcón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Garaje o trastero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Mobiliario del inventario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[sí / no]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r>
        <w:rPr>
          <w:b/>
        </w:rPr>
        <w:t>Limpieza general:</w:t>
      </w:r>
      <w:r>
        <w:rPr>
          <w:b w:val="0"/>
        </w:rPr>
        <w:t xml:space="preserve"> </w:t>
      </w:r>
      <w:r>
        <w:rPr>
          <w:b w:val="0"/>
        </w:rPr>
        <w:t>[adecuada / requiere limpieza: describir]</w:t>
      </w:r>
      <w:r>
        <w:rPr>
          <w:b w:val="0"/>
        </w:rPr>
        <w:t>.</w:t>
      </w:r>
    </w:p>
    <w:p>
      <w:r>
        <w:rPr>
          <w:b w:val="0"/>
        </w:rPr>
        <w:t>Las fotografías, numeradas y fechadas, se adjuntan como anexo y forman parte de este documento.</w:t>
      </w:r>
    </w:p>
    <w:p>
      <w:pPr>
        <w:pStyle w:val="Heading2"/>
      </w:pPr>
      <w:r>
        <w:rPr>
          <w:b w:val="0"/>
        </w:rPr>
        <w:t>2. Contadores, llaves y suministros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Contador</w:t>
            </w:r>
          </w:p>
        </w:tc>
        <w:tc>
          <w:tcPr>
            <w:tcW w:type="dxa" w:w="3249"/>
          </w:tcPr>
          <w:p>
            <w:r>
              <w:rPr>
                <w:b/>
              </w:rPr>
              <w:t>Lectura a la salida</w:t>
            </w:r>
          </w:p>
        </w:tc>
        <w:tc>
          <w:tcPr>
            <w:tcW w:type="dxa" w:w="3249"/>
          </w:tcPr>
          <w:p>
            <w:r>
              <w:rPr>
                <w:b/>
              </w:rPr>
              <w:t>Foto nº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</w:rPr>
              <w:t>Luz (kWh)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</w:rPr>
              <w:t>Agua (m³)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b w:val="0"/>
              </w:rPr>
              <w:t>Gas (m³)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r>
        <w:rPr>
          <w:b/>
        </w:rPr>
        <w:t>Llaves y mandos devueltos:</w:t>
      </w:r>
      <w:r>
        <w:rPr>
          <w:b w:val="0"/>
        </w:rPr>
        <w:t xml:space="preserve"> </w:t>
      </w:r>
      <w:r>
        <w:rPr>
          <w:b w:val="0"/>
        </w:rPr>
        <w:t>[número y tipo: portal, vivienda, buzón, garaje, mandos]</w:t>
      </w:r>
      <w:r>
        <w:rPr>
          <w:b w:val="0"/>
        </w:rPr>
        <w:t xml:space="preserve">. Se entregaron a la entrada: </w:t>
      </w:r>
      <w:r>
        <w:rPr>
          <w:b w:val="0"/>
        </w:rPr>
        <w:t>[número y tipo]</w:t>
      </w:r>
      <w:r>
        <w:rPr>
          <w:b w:val="0"/>
        </w:rPr>
        <w:t>.</w:t>
      </w:r>
    </w:p>
    <w:p>
      <w:r>
        <w:rPr>
          <w:b/>
        </w:rPr>
        <w:t>Suministros:</w:t>
      </w:r>
      <w:r>
        <w:rPr>
          <w:b w:val="0"/>
        </w:rPr>
        <w:t xml:space="preserve"> el arrendatario </w:t>
      </w:r>
      <w:r>
        <w:rPr>
          <w:b w:val="0"/>
        </w:rPr>
        <w:t>[ha dado de baja / ha cambiado de titular / mantiene a su nombre hasta el [fecha]]</w:t>
      </w:r>
      <w:r>
        <w:rPr>
          <w:b w:val="0"/>
        </w:rPr>
        <w:t xml:space="preserve"> los suministros de </w:t>
      </w:r>
      <w:r>
        <w:rPr>
          <w:b w:val="0"/>
        </w:rPr>
        <w:t>[luz, agua, gas, internet]</w:t>
      </w:r>
      <w:r>
        <w:rPr>
          <w:b w:val="0"/>
        </w:rPr>
        <w:t>. Las facturas hasta la fecha de hoy son a su cargo.</w:t>
      </w:r>
    </w:p>
    <w:p>
      <w:pPr>
        <w:pStyle w:val="Heading2"/>
      </w:pPr>
      <w:r>
        <w:rPr>
          <w:b w:val="0"/>
        </w:rPr>
        <w:t>3. Fianza</w:t>
      </w:r>
    </w:p>
    <w:p>
      <w:r>
        <w:rPr>
          <w:b w:val="0"/>
        </w:rPr>
        <w:t>Marcar una sola opción:</w:t>
      </w:r>
    </w:p>
    <w:p>
      <w:pPr>
        <w:pStyle w:val="ListBullet"/>
      </w:pPr>
      <w:r>
        <w:rPr>
          <w:b w:val="0"/>
        </w:rPr>
        <w:t xml:space="preserve">☐ </w:t>
      </w:r>
      <w:r>
        <w:rPr>
          <w:b/>
        </w:rPr>
        <w:t>Devolución íntegra.</w:t>
      </w:r>
      <w:r>
        <w:rPr>
          <w:b w:val="0"/>
        </w:rPr>
        <w:t xml:space="preserve"> El arrendador devolverá la fianza completa, </w:t>
      </w:r>
      <w:r>
        <w:rPr>
          <w:b w:val="0"/>
        </w:rPr>
        <w:t>[importe]</w:t>
      </w:r>
      <w:r>
        <w:rPr>
          <w:b w:val="0"/>
        </w:rPr>
        <w:t xml:space="preserve"> euros, </w:t>
      </w:r>
      <w:r>
        <w:rPr>
          <w:b w:val="0"/>
        </w:rPr>
        <w:t>[hoy en este acto / por transferencia a la cuenta [IBAN] antes del [fecha]]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☐ </w:t>
      </w:r>
      <w:r>
        <w:rPr>
          <w:b/>
        </w:rPr>
        <w:t>Devolución con descuentos.</w:t>
      </w:r>
      <w:r>
        <w:rPr>
          <w:b w:val="0"/>
        </w:rPr>
        <w:t xml:space="preserve"> El arrendador descontará las cantidades siguientes, que justificará con presupuesto o factura: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436"/>
          </w:tcPr>
          <w:p>
            <w:r>
              <w:rPr>
                <w:b/>
              </w:rPr>
              <w:t>Por qué no es desgaste normal</w:t>
            </w:r>
          </w:p>
        </w:tc>
        <w:tc>
          <w:tcPr>
            <w:tcW w:type="dxa" w:w="2436"/>
          </w:tcPr>
          <w:p>
            <w:r>
              <w:rPr>
                <w:b/>
              </w:rPr>
              <w:t>Importe (€)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Justificante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</w:rPr>
              <w:t>Rentas o suministros pendientes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/>
              </w:rPr>
              <w:t>Total a descontar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r>
        <w:rPr>
          <w:b w:val="0"/>
        </w:rPr>
        <w:t xml:space="preserve">Importe a devolver: </w:t>
      </w:r>
      <w:r>
        <w:rPr>
          <w:b w:val="0"/>
        </w:rPr>
        <w:t>[fianza menos descuentos]</w:t>
      </w:r>
      <w:r>
        <w:rPr>
          <w:b w:val="0"/>
        </w:rPr>
        <w:t xml:space="preserve"> euros, por transferencia a la cuenta </w:t>
      </w:r>
      <w:r>
        <w:rPr>
          <w:b w:val="0"/>
        </w:rPr>
        <w:t>[IBAN]</w:t>
      </w:r>
      <w:r>
        <w:rPr>
          <w:b w:val="0"/>
        </w:rPr>
        <w:t xml:space="preserve"> antes del </w:t>
      </w:r>
      <w:r>
        <w:rPr>
          <w:b w:val="0"/>
        </w:rPr>
        <w:t>[fecha]</w:t>
      </w:r>
      <w:r>
        <w:rPr>
          <w:b w:val="0"/>
        </w:rPr>
        <w:t xml:space="preserve">. Si algún importe aún no se conoce, el arrendador lo comunicará por escrito con su justificante en un plazo de </w:t>
      </w:r>
      <w:r>
        <w:rPr>
          <w:b w:val="0"/>
        </w:rPr>
        <w:t>[quince]</w:t>
      </w:r>
      <w:r>
        <w:rPr>
          <w:b w:val="0"/>
        </w:rPr>
        <w:t xml:space="preserve"> días y devolverá entretanto la parte no discutida.</w:t>
      </w:r>
    </w:p>
    <w:p>
      <w:pPr>
        <w:pStyle w:val="ListBullet"/>
      </w:pPr>
      <w:r>
        <w:rPr>
          <w:b w:val="0"/>
        </w:rPr>
        <w:t xml:space="preserve">☐ </w:t>
      </w:r>
      <w:r>
        <w:rPr>
          <w:b/>
        </w:rPr>
        <w:t>Pendiente.</w:t>
      </w:r>
      <w:r>
        <w:rPr>
          <w:b w:val="0"/>
        </w:rPr>
        <w:t xml:space="preserve"> Las partes no han acordado todavía la liquidación de la fianza; se hará por escrito.</w:t>
      </w:r>
    </w:p>
    <w:p>
      <w:r>
        <w:rPr>
          <w:b w:val="0"/>
        </w:rPr>
        <w:t>Si pasa un mes desde la entrega de llaves sin devolver la fianza, la cantidad pendiente genera el interés legal (art. 36.4 LAU).</w:t>
      </w:r>
    </w:p>
    <w:p>
      <w:pPr>
        <w:pStyle w:val="Heading2"/>
      </w:pPr>
      <w:r>
        <w:rPr>
          <w:b w:val="0"/>
        </w:rPr>
        <w:t>4. Desacuerdos</w:t>
      </w:r>
    </w:p>
    <w:p>
      <w:r>
        <w:rPr>
          <w:b/>
        </w:rPr>
        <w:t>Disconformidad del arrendador:</w:t>
      </w:r>
      <w:r>
        <w:rPr>
          <w:b w:val="0"/>
        </w:rPr>
        <w:t xml:space="preserve"> </w:t>
      </w:r>
      <w:r>
        <w:rPr>
          <w:b w:val="0"/>
        </w:rPr>
        <w:t>[puntos concretos, o «ninguna»]</w:t>
      </w:r>
      <w:r>
        <w:rPr>
          <w:b w:val="0"/>
        </w:rPr>
        <w:t>.</w:t>
      </w:r>
    </w:p>
    <w:p>
      <w:r>
        <w:rPr>
          <w:b/>
        </w:rPr>
        <w:t>Disconformidad del arrendatario:</w:t>
      </w:r>
      <w:r>
        <w:rPr>
          <w:b w:val="0"/>
        </w:rPr>
        <w:t xml:space="preserve"> </w:t>
      </w:r>
      <w:r>
        <w:rPr>
          <w:b w:val="0"/>
        </w:rPr>
        <w:t>[puntos concretos, o «ninguna»]</w:t>
      </w:r>
      <w:r>
        <w:rPr>
          <w:b w:val="0"/>
        </w:rPr>
        <w:t>.</w:t>
      </w:r>
    </w:p>
    <w:p>
      <w:r>
        <w:rPr>
          <w:b w:val="0"/>
        </w:rPr>
        <w:t>Firmar este documento no supone aceptar los puntos en los que una parte ha hecho constar su disconformidad.</w:t>
      </w:r>
    </w:p>
    <w:p>
      <w:r>
        <w:rPr>
          <w:b w:val="0"/>
        </w:rPr>
        <w:t>Ambas partes firman este documento en el lugar, la fecha y la hora indicados, y cada una recibe una copia en este momento.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El arrendador</w:t>
            </w:r>
          </w:p>
        </w:tc>
        <w:tc>
          <w:tcPr>
            <w:tcW w:type="dxa" w:w="4873"/>
          </w:tcPr>
          <w:p>
            <w:r>
              <w:rPr>
                <w:b/>
              </w:rPr>
              <w:t>El arrendatario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Firma: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Firma: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[nombre]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[nombre]</w:t>
            </w:r>
          </w:p>
        </w:tc>
      </w:tr>
    </w:tbl>
    <w:p/>
    <w:p>
      <w:r>
        <w:rPr>
          <w:b/>
        </w:rPr>
        <w:t>Anexo:</w:t>
      </w:r>
      <w:r>
        <w:rPr>
          <w:b w:val="0"/>
        </w:rPr>
        <w:t xml:space="preserve"> fotografías numeradas y fechadas del estado de la vivienda.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documento de finalización del alquiler</dc:title>
  <dc:subject/>
  <dc:creator>bridl.es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