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Modelo de carta para reclamar la fianza del alquiler</w:t>
      </w:r>
    </w:p>
    <w:p>
      <w:r>
        <w:rPr>
          <w:b w:val="0"/>
        </w:rPr>
        <w:t xml:space="preserve">Modelo orientativo de bridl.es. Rellena lo que va entre </w:t>
      </w:r>
      <w:r>
        <w:rPr>
          <w:b w:val="0"/>
        </w:rPr>
        <w:t>[corchetes]</w:t>
      </w:r>
      <w:r>
        <w:rPr>
          <w:b w:val="0"/>
        </w:rPr>
        <w:t>, borra las opciones que no uses y, ante cualquier duda, consulta con un profesional.</w:t>
      </w:r>
    </w:p>
    <w:p>
      <w:r>
        <w:rPr>
          <w:b/>
        </w:rPr>
        <w:t>De:</w:t>
      </w:r>
      <w:r>
        <w:rPr>
          <w:b w:val="0"/>
        </w:rPr>
        <w:t xml:space="preserve"> </w:t>
      </w:r>
      <w:r>
        <w:rPr>
          <w:b w:val="0"/>
        </w:rPr>
        <w:t>[nombre y apellidos]</w:t>
      </w:r>
      <w:r>
        <w:rPr>
          <w:b w:val="0"/>
        </w:rPr>
        <w:t xml:space="preserve">, DNI/NIE </w:t>
      </w:r>
      <w:r>
        <w:rPr>
          <w:b w:val="0"/>
        </w:rPr>
        <w:t>[número]</w:t>
      </w:r>
      <w:r>
        <w:rPr>
          <w:b w:val="0"/>
        </w:rPr>
        <w:t xml:space="preserve">, con domicilio en </w:t>
      </w:r>
      <w:r>
        <w:rPr>
          <w:b w:val="0"/>
        </w:rPr>
        <w:t>[dirección actual]</w:t>
      </w:r>
      <w:r>
        <w:rPr>
          <w:b w:val="0"/>
        </w:rPr>
        <w:t xml:space="preserve">, email </w:t>
      </w:r>
      <w:r>
        <w:rPr>
          <w:b w:val="0"/>
        </w:rPr>
        <w:t>[email]</w:t>
      </w:r>
      <w:r>
        <w:rPr>
          <w:b w:val="0"/>
        </w:rPr>
        <w:t xml:space="preserve"> y teléfono </w:t>
      </w:r>
      <w:r>
        <w:rPr>
          <w:b w:val="0"/>
        </w:rPr>
        <w:t>[teléfono]</w:t>
      </w:r>
      <w:r>
        <w:rPr>
          <w:b w:val="0"/>
        </w:rPr>
        <w:t>.</w:t>
      </w:r>
    </w:p>
    <w:p>
      <w:r>
        <w:rPr>
          <w:b/>
        </w:rPr>
        <w:t>A:</w:t>
      </w:r>
      <w:r>
        <w:rPr>
          <w:b w:val="0"/>
        </w:rPr>
        <w:t xml:space="preserve"> </w:t>
      </w:r>
      <w:r>
        <w:rPr>
          <w:b w:val="0"/>
        </w:rPr>
        <w:t>[nombre y apellidos del propietario]</w:t>
      </w:r>
      <w:r>
        <w:rPr>
          <w:b w:val="0"/>
        </w:rPr>
        <w:t xml:space="preserve">, con domicilio en </w:t>
      </w:r>
      <w:r>
        <w:rPr>
          <w:b w:val="0"/>
        </w:rPr>
        <w:t>[dirección]</w:t>
      </w:r>
      <w:r>
        <w:rPr>
          <w:b w:val="0"/>
        </w:rPr>
        <w:t>.</w:t>
      </w:r>
    </w:p>
    <w:p>
      <w:r>
        <w:rPr>
          <w:b w:val="0"/>
        </w:rPr>
        <w:t xml:space="preserve">En </w:t>
      </w:r>
      <w:r>
        <w:rPr>
          <w:b w:val="0"/>
        </w:rPr>
        <w:t>[localidad]</w:t>
      </w:r>
      <w:r>
        <w:rPr>
          <w:b w:val="0"/>
        </w:rPr>
        <w:t xml:space="preserve">, a </w:t>
      </w:r>
      <w:r>
        <w:rPr>
          <w:b w:val="0"/>
        </w:rPr>
        <w:t>[fecha]</w:t>
      </w:r>
      <w:r>
        <w:rPr>
          <w:b w:val="0"/>
        </w:rPr>
        <w:t>.</w:t>
      </w:r>
    </w:p>
    <w:p>
      <w:r>
        <w:rPr>
          <w:b/>
        </w:rPr>
        <w:t xml:space="preserve">Asunto: reclamación de la fianza del alquiler de la vivienda de </w:t>
      </w:r>
      <w:r>
        <w:rPr>
          <w:b/>
        </w:rPr>
        <w:t>[dirección de la vivienda alquilada]</w:t>
      </w:r>
      <w:r>
        <w:rPr>
          <w:b/>
        </w:rPr>
        <w:t>.</w:t>
      </w:r>
    </w:p>
    <w:p>
      <w:r>
        <w:rPr>
          <w:b w:val="0"/>
        </w:rPr>
        <w:t xml:space="preserve">Estimado/a </w:t>
      </w:r>
      <w:r>
        <w:rPr>
          <w:b w:val="0"/>
        </w:rPr>
        <w:t>[nombre]</w:t>
      </w:r>
      <w:r>
        <w:rPr>
          <w:b w:val="0"/>
        </w:rPr>
        <w:t>:</w:t>
      </w:r>
    </w:p>
    <w:p>
      <w:r>
        <w:rPr>
          <w:b w:val="0"/>
        </w:rPr>
        <w:t xml:space="preserve">1. El </w:t>
      </w:r>
      <w:r>
        <w:rPr>
          <w:b w:val="0"/>
        </w:rPr>
        <w:t>[fecha]</w:t>
      </w:r>
      <w:r>
        <w:rPr>
          <w:b w:val="0"/>
        </w:rPr>
        <w:t xml:space="preserve"> firmamos un contrato de alquiler de la vivienda de </w:t>
      </w:r>
      <w:r>
        <w:rPr>
          <w:b w:val="0"/>
        </w:rPr>
        <w:t>[dirección]</w:t>
      </w:r>
      <w:r>
        <w:rPr>
          <w:b w:val="0"/>
        </w:rPr>
        <w:t xml:space="preserve">, en el que le entregué </w:t>
      </w:r>
      <w:r>
        <w:rPr>
          <w:b w:val="0"/>
        </w:rPr>
        <w:t>[importe]</w:t>
      </w:r>
      <w:r>
        <w:rPr>
          <w:b w:val="0"/>
        </w:rPr>
        <w:t xml:space="preserve"> euros como fianza </w:t>
      </w:r>
      <w:r>
        <w:rPr>
          <w:b w:val="0"/>
        </w:rPr>
        <w:t>[y [importe] euros como garantía adicional]</w:t>
      </w:r>
      <w:r>
        <w:rPr>
          <w:b w:val="0"/>
        </w:rPr>
        <w:t>.</w:t>
      </w:r>
    </w:p>
    <w:p>
      <w:r>
        <w:rPr>
          <w:b w:val="0"/>
        </w:rPr>
        <w:t xml:space="preserve">2. El contrato terminó el </w:t>
      </w:r>
      <w:r>
        <w:rPr>
          <w:b w:val="0"/>
        </w:rPr>
        <w:t>[fecha]</w:t>
      </w:r>
      <w:r>
        <w:rPr>
          <w:b w:val="0"/>
        </w:rPr>
        <w:t xml:space="preserve"> y ese mismo día le entregué las llaves </w:t>
      </w:r>
      <w:r>
        <w:rPr>
          <w:b w:val="0"/>
        </w:rPr>
        <w:t>[con el documento de finalización firmado por ambos / con el acta de salida / en presencia de [nombre]]</w:t>
      </w:r>
      <w:r>
        <w:rPr>
          <w:b w:val="0"/>
        </w:rPr>
        <w:t>, en el que consta el estado de la vivienda.</w:t>
      </w:r>
    </w:p>
    <w:p>
      <w:r>
        <w:rPr>
          <w:b w:val="0"/>
        </w:rPr>
        <w:t xml:space="preserve">3. Ha pasado más de un mes desde la entrega de las llaves y no me ha devuelto la fianza </w:t>
      </w:r>
      <w:r>
        <w:rPr>
          <w:b w:val="0"/>
        </w:rPr>
        <w:t>[ni me ha comunicado ninguna cantidad a descontar con su justificante]</w:t>
      </w:r>
      <w:r>
        <w:rPr>
          <w:b w:val="0"/>
        </w:rPr>
        <w:t>.</w:t>
      </w:r>
    </w:p>
    <w:p>
      <w:r>
        <w:rPr>
          <w:b w:val="0"/>
        </w:rPr>
        <w:t>4. Estoy al corriente del pago de la renta y de los suministros, y la vivienda se entregó sin más deterioro que el del uso normal.</w:t>
      </w:r>
    </w:p>
    <w:p>
      <w:r>
        <w:rPr>
          <w:b w:val="0"/>
        </w:rPr>
        <w:t xml:space="preserve">Por ello, le pido que me devuelva </w:t>
      </w:r>
      <w:r>
        <w:rPr>
          <w:b/>
        </w:rPr>
        <w:t>[importe]</w:t>
      </w:r>
      <w:r>
        <w:rPr>
          <w:b/>
        </w:rPr>
        <w:t xml:space="preserve"> euros</w:t>
      </w:r>
      <w:r>
        <w:rPr>
          <w:b w:val="0"/>
        </w:rPr>
        <w:t xml:space="preserve"> en el plazo de </w:t>
      </w:r>
      <w:r>
        <w:rPr>
          <w:b/>
        </w:rPr>
        <w:t>diez días naturales</w:t>
      </w:r>
      <w:r>
        <w:rPr>
          <w:b w:val="0"/>
        </w:rPr>
        <w:t xml:space="preserve"> desde que reciba esta carta, por transferencia a la cuenta </w:t>
      </w:r>
      <w:r>
        <w:rPr>
          <w:b w:val="0"/>
        </w:rPr>
        <w:t>[IBAN]</w:t>
      </w:r>
      <w:r>
        <w:rPr>
          <w:b w:val="0"/>
        </w:rPr>
        <w:t xml:space="preserve"> de la que soy titular. Según el artículo 36.4 de la Ley de Arrendamientos Urbanos, esta cantidad genera el interés legal desde que pasó un mes desde la entrega de las llaves, el </w:t>
      </w:r>
      <w:r>
        <w:rPr>
          <w:b w:val="0"/>
        </w:rPr>
        <w:t>[fecha]</w:t>
      </w:r>
      <w:r>
        <w:rPr>
          <w:b w:val="0"/>
        </w:rPr>
        <w:t>, que también le reclamo.</w:t>
      </w:r>
    </w:p>
    <w:p>
      <w:r>
        <w:rPr>
          <w:b w:val="0"/>
        </w:rPr>
        <w:t>Prefiero resolver esto de forma amistosa. Si cree que hay algún motivo para descontar algo, le pido que me lo explique por escrito en ese mismo plazo, con el presupuesto o la factura correspondiente, y estoy dispuesto/a a hablarlo.</w:t>
      </w:r>
    </w:p>
    <w:p>
      <w:r>
        <w:rPr>
          <w:b w:val="0"/>
        </w:rPr>
        <w:t>Si en ese plazo no recibo la devolución ni una respuesta, emprenderé las acciones oportunas para reclamar la fianza y los intereses.</w:t>
      </w:r>
    </w:p>
    <w:p>
      <w:r>
        <w:rPr>
          <w:b w:val="0"/>
        </w:rPr>
        <w:t>Atentamente,</w:t>
      </w:r>
    </w:p>
    <w:p>
      <w:r>
        <w:rPr>
          <w:b w:val="0"/>
        </w:rPr>
        <w:t>[Firma]</w:t>
      </w:r>
    </w:p>
    <w:p>
      <w:r>
        <w:rPr>
          <w:b w:val="0"/>
        </w:rPr>
        <w:t>[Nombre y apellidos]</w:t>
      </w:r>
    </w:p>
    <w:p>
      <w:r>
        <w:rPr>
          <w:b/>
        </w:rPr>
        <w:t>Adjunto:</w:t>
      </w:r>
      <w:r>
        <w:rPr>
          <w:b w:val="0"/>
        </w:rPr>
        <w:t xml:space="preserve"> copia del contrato, del documento de finalización o acta de salida y del justificante de pago de la fianza.</w:t>
      </w:r>
    </w:p>
    <w:p>
      <w:pPr>
        <w:pStyle w:val="Heading2"/>
      </w:pPr>
      <w:r>
        <w:rPr>
          <w:b w:val="0"/>
        </w:rPr>
        <w:t>Variante: si ha descontado sin justificar</w:t>
      </w:r>
    </w:p>
    <w:p>
      <w:r>
        <w:rPr>
          <w:b w:val="0"/>
        </w:rPr>
        <w:t>Sustituye el punto 3 y la petición por estos párrafos:</w:t>
      </w:r>
    </w:p>
    <w:p>
      <w:r>
        <w:rPr>
          <w:b w:val="0"/>
        </w:rPr>
        <w:t xml:space="preserve">3. El </w:t>
      </w:r>
      <w:r>
        <w:rPr>
          <w:b w:val="0"/>
        </w:rPr>
        <w:t>[fecha]</w:t>
      </w:r>
      <w:r>
        <w:rPr>
          <w:b w:val="0"/>
        </w:rPr>
        <w:t xml:space="preserve"> me devolvió </w:t>
      </w:r>
      <w:r>
        <w:rPr>
          <w:b w:val="0"/>
        </w:rPr>
        <w:t>[importe]</w:t>
      </w:r>
      <w:r>
        <w:rPr>
          <w:b w:val="0"/>
        </w:rPr>
        <w:t xml:space="preserve"> euros y se quedó con </w:t>
      </w:r>
      <w:r>
        <w:rPr>
          <w:b w:val="0"/>
        </w:rPr>
        <w:t>[importe]</w:t>
      </w:r>
      <w:r>
        <w:rPr>
          <w:b w:val="0"/>
        </w:rPr>
        <w:t xml:space="preserve"> euros por </w:t>
      </w:r>
      <w:r>
        <w:rPr>
          <w:b w:val="0"/>
        </w:rPr>
        <w:t>[motivo que alega]</w:t>
      </w:r>
      <w:r>
        <w:rPr>
          <w:b w:val="0"/>
        </w:rPr>
        <w:t>, sin enviarme presupuesto ni factura que lo justifique.</w:t>
      </w:r>
    </w:p>
    <w:p>
      <w:r>
        <w:rPr>
          <w:b w:val="0"/>
        </w:rPr>
        <w:t xml:space="preserve">No estoy de acuerdo con ese descuento porque </w:t>
      </w:r>
      <w:r>
        <w:rPr>
          <w:b w:val="0"/>
        </w:rPr>
        <w:t>[es desgaste por el uso normal de [n] años de alquiler, conforme al artículo 1561 del Código Civil / ese desperfecto ya existía y consta en el acta de entrada / no consta en el documento de finalización que firmamos]</w:t>
      </w:r>
      <w:r>
        <w:rPr>
          <w:b w:val="0"/>
        </w:rPr>
        <w:t>.</w:t>
      </w:r>
    </w:p>
    <w:p>
      <w:r>
        <w:rPr>
          <w:b w:val="0"/>
        </w:rPr>
        <w:t xml:space="preserve">Por ello, le pido que me devuelva los </w:t>
      </w:r>
      <w:r>
        <w:rPr>
          <w:b/>
        </w:rPr>
        <w:t>[importe]</w:t>
      </w:r>
      <w:r>
        <w:rPr>
          <w:b/>
        </w:rPr>
        <w:t xml:space="preserve"> euros</w:t>
      </w:r>
      <w:r>
        <w:rPr>
          <w:b w:val="0"/>
        </w:rPr>
        <w:t xml:space="preserve"> retenidos en el plazo de </w:t>
      </w:r>
      <w:r>
        <w:rPr>
          <w:b/>
        </w:rPr>
        <w:t>diez días naturales</w:t>
      </w:r>
      <w:r>
        <w:rPr>
          <w:b w:val="0"/>
        </w:rPr>
        <w:t xml:space="preserve"> desde que reciba esta carta, o que me envíe en ese plazo el presupuesto o la factura que justifique el descuento.</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carta para reclamar la fianza del alquiler</dc:title>
  <dc:subject/>
  <dc:creator>bridl.es</dc:creator>
  <cp:keywords/>
  <dc:description>generated by python-docx</dc:description>
  <cp:lastModifiedBy/>
  <cp:revision>1</cp:revision>
  <dcterms:created xsi:type="dcterms:W3CDTF">2013-12-23T23:15:00Z</dcterms:created>
  <dcterms:modified xsi:type="dcterms:W3CDTF">2013-12-23T23:15:00Z</dcterms:modified>
  <cp:category/>
</cp:coreProperties>
</file>